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ההערכה בבתי הספר עוברת מבדיקת תוצר מוגמר לבדיקת תהליך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לזהות ולהתאים רמת AIAS מתאימה למשימה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תהליך עבודה בצורה מסודרת וביקורתית כלפי שימוש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לרפלקציה אישית ולשיחת הגנה בעל פה על עבודה או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מתוצר לתהליך: למה ההערכה משתנה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האתר, בעידן ה-AI התוצר הסופי כבר לא מספר את כל הסיפור, ולכן יש צורך להעריך גם את 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ארבעת השלבים המופיעים בתרשים שבראש העמוד.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האתר קובע שלא ממשיכים בלי 'נקודת עצירה' – בדיקה קצרה של המורה או של חבר.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התיעוד באתר – יומן תהליך ושיחות עם AI.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הטיפ ממליץ למורה לבצע את המשימה בעצמו שלב אחר שלב, ולשכתב שלבים קשים או ארוכים מדי.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מתוצר לתהליך: למה ההערכה משתנה – התאמת שלבי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(חלוקת המשימה לחלקים קטנים עם בדיקה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(רישום הדרך: מה נשאל, מה התקבל, מה נבדק ומה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(שיפור התוצר באמצע הדרך, כשהשיפור עצמו הוא חלק מהציון)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(הסבר אישי בסוף התהליך על הבחירות שנעשו במשימה)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מתוצר לתהליך: למה ההערכה משתנה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שבינה מלאכותית יכולה לייצר תוצר מוגמר גם בלי שהתלמיד עבר תהליך למידה אמיתי, ולכן המורה צריך לבדוק גם איך הגיעו לתוצר.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חלוקה לשלבים ברורים, תוצר ביניים לכל שלב, ובדיקה קצרה של המורה או חבר לפני המעבר לשלב הבא.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שביצע בעצמו את המשימה יוכל להסביר את הבחירות, הקשיים והשינויים שעשה; מי שלא עבר את התהליך יתקשה לענות על שאלות כאלה.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הסבר קצר למה נבחרה תשובה מסוימת של ה-AI, מה נבדק לפני שהוחלט לשנות, ומה נלמד מהתהליך.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סולם AIAS: כמה ואיך מותר להיעזר בבינה מלאכותית – היכרות עם הסולם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המשימה נעשית בלי בינה מלאכותית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נותן משוב על טיוטה ועוזר בשיפור ניסוח, אבל התלמיד מחליט מה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שאלתי, מה קיבלתי, מה בחרתי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הבחירות, ההכוונה וההסבר של התלמיד לגבי השימוש ב-AI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סולם AIAS: כמה ואיך מותר להיעזר בבינה מלאכותית – התאמת רמה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(הסבר בעל פה ליד התוצר, בלי כל שימוש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(סיעור מוחות עם AI לבחירת נושא לעבודת חקר)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(משוב של AI על טיוטה, והתלמיד מחליט בעצמו מה לתקן)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(יצירת תמונה או סרטון באמצעות AI, עם הסבר על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(בניית בוט קטן כדי לחקור נושא בדרך חדשה שלא תוכננה מראש)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סולם AIAS: כמה ואיך מותר להיעזר בבינה מלאכותית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סולם AIAS: כמה ואיך מותר להיעזר בבינה מלאכותית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רמה (למשל 3 או 4) ולהסביר מדוע היא מתאימה לשלב העבודה ולסוג התוצר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שהתלמידים ידעו את חוקי המשחק מראש, כדי שההערכה תהיה הוגנת ושקופה, וכדי למנוע אי-הבנות לגבי מה מותר ומה אסור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תיעוד תהליך: יומן עבודה, פרומפטים ובדיקה – הכרת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לתעד את הדרך והבחירות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תיעוד תהליך: יומן עבודה, פרומפטים ובדיקה – תוספות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היומן כולל גם מה בדקתי ומה שיניתי, לא רק מה קיבלתי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לא ממשיכים בלי נקודת עצירה שהמורה או חבר בודקים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תיעוד תהליך: יומן עבודה, פרומפטים ובדיקה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תיעוד תהליך: יומן עבודה, פרומפטים ובדיקה – תרגול מילוי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(הפרומפט המדויק שהקלדתי ל-AI)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(התשובה או התוצר שה-AI החזיר)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(איך ודאתי שהמידע נכון ומדויק)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תיקנתי או שיפרתי בעצמי בתוצר)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(השלב במשימה שבו נעשה השימוש ב-AI)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משוב ותיקון: שיפור טיוטה וביקורת על תשובת AI – היכרות עם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באמצע הדרך – מהמורה, מעמיתים או מבוט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נותן משוב על טיוטה, עוזר בשיפור ניסוח ובדיקת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משוב ותיקון: שיפור טיוטה וביקורת על תשובת AI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נכתב: מי שעשה את העבודה יודע להסביר אותה, והשיפור הוא חלק מהציון.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משוב ותיקון: שיפור טיוטה וביקורת על תשובת AI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משוב ותיקון: שיפור טיוטה וביקורת על תשובת AI – זיהוי סוגי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 שנשמע נכון אבל אין לו הוכחה או 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(התייחסות לכל הקבוצה בלי להתייחס ליוצאי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(התעלמות מזווית ראייה שהיתה צריכה להופיע)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(אזכור של מחקר או ספר שלמעשה אינו קיים)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והגנה בעל פה: להסביר את הבחירות שלי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לוודא שהתלמיד מבין ויכול להסביר את מה שהגיש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הבנה, מתודולוגיה ומקורות, בחירה ושיפוט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שאלתי, מה קיבלתי, מה בדקתי ומה שיניתי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והגנה בעל פה: להסביר את הבחירות שלי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בהגנה בעל פה רמת ה-AIAS היא רמה 1 - התלמיד עונה בעצמו, בלי עזרה של AI, כדי להראות מה הוא באמת מבין.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רפלקציה כנה כוללת גם הסבר על הבחירות - למה בחרתי בדרך הזו ולא באחרת, מה למדתי ומה הייתי משנה.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רפלקציה והגנה בעל פה: להסביר את הבחירות שלי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רפלקציה והגנה בעל פה: להסביר את הבחירות שלי – התאמת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הייתה שאלת החקר שלך?)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בדקת שהמקורות שלך אמינים?)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(למה בחרת בנושא הזה ולא באחר?)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הנחית את ה-AI ומה בדקת בעצמך?)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לכל תלמיד יש בינה מלאכותית בכיס והתוצר הסופי לא מספר את כל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שאלתי, מה קיבלתי, מה בדקתי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להוביל את התלמיד לחשיבה עצמאית באמצעות שאלות והכוונה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בין השלבים, לפני שממשיכים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לוודא שמי שכתב את העבודה יודע להסביר את הבחירות שעשה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רמה 3–4 בעבודת החקר עצמה ורמה 1 בשיחת ההגנה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שהערכת תהליך בודקת שלבים, תיעוד ושינויים ולא רק את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הנימוק מתייחס לסוג המשימה ולשאלה מה AI תורם ומה חייב להישאר עבודת התלמיד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השאלות אישיות, כנות ונוגעות לבחירות, קשיים ולמידה ולא רק לציון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לשיעור אחד לכל פרק, כשבכל שיעור מתרגלים גם בכתב וגם בעל פה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כתיבת אבני דרך למשימת חקר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כדאי להתמקד בפרקים 2–3 (סולם AIAS ותיעוד) לפני מעבר לרפלקציה והגנה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את החוברת בתרגול הגנה בעל פה בזוגות, כשכל תלמיד מציג תהליך קצר ומקבל שאלות מחברו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הערכה חלופית בעידן ה-AI: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איך בודקים עבודה כשיש לכל תלמיד בינה מלאכותית. עברו על הפרקים לפי הסדר וכתבו תשובות מלאות. בסוף כל פרק בדקו את 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למידה שלא מסתמכת רק על מבחן או תוצר 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שעשה התלמיד עד לתוצר הסופי, כולל טיוטות וחשיבה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סולם 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מראש כמה ואיך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במשימה שבו בודקים את ההתקדמות לפני שממשיכים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שבו מתעדים מה נשאל, מה התקבל, מה נבדק ומה 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ותיקון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על עבודה בעיצומה והשינויים שנעשו בעקבותיהן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אישית וכנה על התהליך, הבחירות וההצלחות והקשיים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שבה התלמיד מסביר ומנמק את העבודה שהגיש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אבן 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ביניים עם תאריך יעד בתוך עבודת חקר ארוכה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מסודר של כל שלבי העבודה, הטיוטות והתיעוד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מתוצר לתהליך: למה ההערכה משתנה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כשלכל תלמיד יש בינה מלאכותית בכיס, התוצר הסופי של המשימה מספר את כל סיפור הלמידה.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מוצגים ארבעה שלבים בתהליך ההערכה החלופית: שלבים, תיעוד, משוב ותיקון, ורפלקציה.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האתר, אפשר להמשיך לשלב הבא במשימה גם בלי נקודת עצירה ובדיקה.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בתיעוד התהליך, התלמיד מתאר מה שאל את הבינה המלאכותית, מה קיבל ממנה, ומה בדק ושינה.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 מהקורס ממליץ למורה להעביר לתלמידים משימה בלי לנסות אותה בעצמו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מתוצר לתהליך: למה ההערכה משתנה – התאמת שלבי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 ונקודות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שיפור התוצר באמצע הדרך, כשהשיפור עצמו הוא חלק מהציון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חלוקת המשימה לחלקים קטנים עם בדיקה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אישי בסוף התהליך על הבחירות שנעשו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ושיחה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רישום הדרך: מה נשאל, מה התקבל, מה נבדק ומה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מתוצר לתהליך: למה ההערכה משתנה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בעידן הבינה המלאכותית אי אפשר להסתפק בבדיקת התוצר הסופי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למשימה בתחום לימוד שאתם מכירים, ותארו איך הייתם מחלקים אותה לשלבים עם נקודות עצירה.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האתר, 'מי שעשה את העבודה יודע להסביר אותה'. הסבירו איך שיחת רפלקציה קצרה בסוף משימה יכולה לעזור למורה לדעת מי באמת עשה את העבודה.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המליצו מה הייתם מוסיפים ליומן תהליך כדי שישקף גם את איכות ההחלטות של התלמיד, ולא רק את מה שנעשה.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סולם AIAS: כמה ואיך מותר להיעזר בבינה מלאכותית – היכרות עם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רמה אסור להשתמש ב-AI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 משתמש ב-AI בכל שלבי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המשימה נעשית בלי בינה מלאכותית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ה-AI כותב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ה-AI נותן משוב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ה-AI עושה ברמה שנקראת שיתוף פעולה עם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יוצר את כל התוצר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נותן משוב על טיוטה ועוזר בשיפור ניסוח, אבל התלמיד מחליט מה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מציע רעיונות בתחילת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להשתמש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ביומן כשה-AI עוזר רק לתכנון?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שאלתי, מה קיבלתי, מה בחרתי ולמה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הציון שקיבלתי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הכלי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אצל תלמיד שהשתמש ב-AI ליצירת תמונה או 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איכות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הבחירות, ההכוונה וההסבר של התלמיד לגבי השימוש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מהירות הביצוע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כך שה-AI לא היה מעורב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סולם AIAS: כמה ואיך מותר להיעזר בבינה מלאכותית – התאמת רמה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בניית בוט קטן כדי לחקור נושא בדרך חדשה שלא תוכננה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משוב של AI על טיוטה, והתלמיד מחליט בעצמו מה לתקן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יצירת תמונה או סרטון באמצעות AI, עם הסבר על הבחירות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בעל פה ליד התוצר, בלי כל שימוש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סיעור מוחות עם AI לבחירת נושא לעבודת חקר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סולם AIAS: כמה ואיך מותר להיעזר בבינה מלאכותית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ברמה __________ בסולם AIAS, ה-AI הוא חלק מרכזי מהתוצר עצמו, למשל תמונה או סרטון.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ההמלצה לעל-יסודי, בהגנה בעל פה ובכתיבה בכיתה מומלצת רמה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סולם AIAS: כמה ואיך מותר להיעזר בבינה מלאכותית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משימת חקר בתחום לימוד לבחירתכם, וקבעו עבורה רמת AIAS מתאימה. נמקו את הבחירה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להגדיר מראש רמת AIAS לכל משימה, ולא להשאיר זאת פתוח לתלמידים.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תיעוד תהליך: יומן עבודה, פרומפטים ובדיקה – הכרת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לתעד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לתעד את הדרך והבחירות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העבודה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כמה זמן הושקע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רמה חייבים 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תיעוד תהליך: יומן עבודה, פרומפטים ובדיקה – תוספות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מתעד רק מה התלמיד קיבל מה-AI, בלי מה שבדק או 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להמשיך לשלב הבא במשימה בלי לעבור נקודת עצירה שבה המורה בודקת את התהליך.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תיעוד תהליך: יומן עבודה, פרומפטים ובדיקה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בטבלת יומן התהליך אחת העמודות היא מה __________ ואיך, שמתייחסת לבדיקת המידע שהתקבל מה-AI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תיעוד תהליך: יומן עבודה, פרומפטים ובדיקה – תרגול מילוי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שאלתי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תיקנתי או שיפרתי בעצמי בתוצר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קיבלתי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ודאתי שהמידע נכון ומדויק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בדקתי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השלב במשימה שבו נעשה השימוש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שיניתי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הפרומפט המדויק שהקלדתי ל-AI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התשובה או התוצר שה-AI החזיר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משוב ותיקון: שיפור טיוטה וביקורת על תשובת AI – היכרות עם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התלמיד מקבל משוב על העבודה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בתחילת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הדרך – מהמורה, מעמיתים או מבוט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בסוף התהליך, אחרי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המשוב לא חלק מהמשימה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ה-AI עושה ברמה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 את העבודה כולה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נותן משוב על טיוטה, עוזר בשיפור ניסוח ובדיקת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קובע את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יוצר מקורות ומחקרים לעבודה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משוב ותיקון: שיפור טיוטה וביקורת על תשובת AI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האתר, השיפור שהתלמיד עושה אחרי קבלת משוב הוא חלק מהציון.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משוב ותיקון: שיפור טיוטה וביקורת על תשובת AI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ברמת AIAS 3 מתעדים ביומן התהליך: מה ה-AI הציע, מה בדקתי ומה __________ בעצמי.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בפרומפט 'ביקורת על תשובת AI', לצד רשימת הבעיות יש לכתוב למורה גם חמש שאלות __________ שיעזרו לתלמידים לגלות אותן.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משוב ותיקון: שיפור טיוטה וביקורת על תשובת AI – זיהוי סוגי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 לא מבוססת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התייחסות לכל הקבוצה בלי להתייחס ליוצאי דופן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הכללה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שנשמע נכון אבל אין לו הוכחה או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השמטת נקודת מבט חשובה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אזכור של מחקר או ספר שלמעשה אינו 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 לא 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התעלמות מזווית ראייה שהיתה צריכה להופיע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רפלקציה והגנה בעל פה: להסביר את הבחירות שלי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שיחת הגנה בעל פה אחרי עבודת 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שהתלמיד זוכר תאריכים מהעבודה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לוודא שהתלמיד מבין ויכול להסביר את מה שהגיש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הציון על התוצר הכתוב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מהירות ההקלדה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סוגי שאלות שואלים בהגנה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הבנה, מתודולוגיה ומקורות, בחירה ושיפוט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שאלות על 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שאלות על כלים דיגיטליים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הבנה ושינון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ביומן כשמשתמשים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הכלי ששימש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שאלתי, מה קיבלתי, מה בדקתי ומה שיניתי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לקח להשתמש בכלי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התשובה הסופית שקיבלתי מה-AI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רפלקציה והגנה בעל פה: להסביר את הבחירות שלי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הגנה בעל פה משתמשים ברמת AIAS גבוהה, כי אפשר להיעזר ב-AI כדי לענות על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כנה על עבודת חקר כוללת רק תיאור של מה שעשיתי, בלי להסביר למה בחרתי כך.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רפלקציה והגנה בעל פה: להסביר את הבחירות שלי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בשיחת ההגנה בעל פה, מי שעשה את העבודה בעצמו יודע ל__________ אותה בביטחון.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רפלקציה והגנה בעל פה: להסביר את הבחירות שלי – התאמת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שאלת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למה בחרת בנושא הזה ולא באחר?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שאלת מתודולוגיה ומקורות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הנחית את ה-AI ומה בדקת בעצמך?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שאלת בחירה ושיפוט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בדקת שהמקורות שלך אמינים?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על שימוש ב-AI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הייתה שאלת החקר שלך?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בודקים גם את הדרך ולא רק את התוצר הסופי?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קשה יותר לבדוק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לכל תלמיד יש בינה מלאכותית בכיס והתוצר הסופי לא מספר את כל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תהליך לוקח פחות זמן להגיש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קובעים תמיד בבתי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רמה בסולם היא בלי AI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ביומן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שאלתי, מה קיבלתי, מה בדקתי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הכלי שהשתמשתי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הזמן שלקח להגיש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הבוט שמלווה תלמיד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לתלמיד ציון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להוביל את התלמיד לחשיבה עצמאית באמצעות שאלות והכוונה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להמציא מקורות חדשים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בודקים עם המורה לפני שממשיכים הלאה?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בסוף המשימה 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השלבים, לפני שממשיכים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בתחילת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בנקודות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עושים שיחת הגנה בעל פה בסוף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שהתלמיד זוכר בעל פה את כל העבודה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לוודא שמי שכתב את העבודה יודע להסביר את הבחירות שעשה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לגמרי את המחוון הכתוב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למורה את זמן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רמות AIAS מתאימות לעבודת חקר ולהגנה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 בלבד לאורך כל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3–4 בעבודת החקר עצמה ורמה 1 בשיחת ההגנה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5 בכל שלבי העבודה ללא יוצא מן 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 לגבי רמות שונות בתוך אותה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בעזרת דוגמה את ההבדל בין הערכת תוצר להערכת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משימה ונמקו איזו רמת AIAS מתאימה לה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שאלות שהייתם שואלים את עצמכם ברפלקציה בסוף עבודה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הערכה חלופית בעידן ה-AI: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