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ההערכה בבתי הספר עוברת מבדיקת תוצר מוגמר לבדיקת תהליך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לזהות ולהתאים רמת AIAS מתאימה למשימה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תהליך עבודה בצורה מסודרת וביקורתית כלפי שימוש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לרפלקציה אישית ולשיחת הגנה בעל פה על עבודה או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מתוצר לתהליך: למה ההערכה משתנה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האתר, בעידן ה-AI התוצר הסופי כבר לא מספר את כל הסיפור, ולכן יש צורך להעריך גם את התהליך.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ארבעת השלבים המופיעים בתרשים שבראש העמוד.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האתר קובע שלא ממשיכים בלי 'נקודת עצירה' – בדיקה קצרה של המורה או של חבר.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מתוצר לתהליך: למה ההערכה משתנה – התאמת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(חלוקת המשימה לחלקים קטנים עם בדיקה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(רישום הדרך: מה נשאל, מה התקבל, מה נבדק ומה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(שיפור התוצר באמצע הדרך, כשהשיפור עצמו הוא חלק מהציון)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מתוצר לתהליך: למה ההערכה משתנה – חשיבה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סולם AIAS: כמה ואיך מותר להיעזר בבינה מלאכותית – היכרות עם הסולם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המשימה נעשית בלי בינה מלאכותית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נותן משוב על טיוטה ועוזר בשיפור ניסוח, אבל התלמיד מחליט מה לשנות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שאלתי, מה קיבלתי, מה בחרתי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סולם AIAS: כמה ואיך מותר להיעזר בבינה מלאכותית – התאמת רמה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(הסבר בעל פה ליד התוצר, בלי כל שימוש ב-AI)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(סיעור מוחות עם AI לבחירת נושא לעבודת חקר)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(משוב של AI על טיוטה, והתלמיד מחליט בעצמו מה לתקן)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סולם AIAS: כמה ואיך מותר להיעזר בבינה מלאכותית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סולם AIAS: כמה ואיך מותר להיעזר בבינה מלאכותית – ניתוח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תיעוד תהליך: יומן עבודה, פרומפטים ובדיקה – הכרת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לתעד את הדרך והבחירות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תיעוד תהליך: יומן עבודה, פרומפטים ובדיקה – תוספות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היומן כולל גם מה בדקתי ומה שיניתי, לא רק מה קיבלתי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לא ממשיכים בלי נקודת עצירה שהמורה או חבר בודקים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תיעוד תהליך: יומן עבודה, פרומפטים ובדיקה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תיעוד תהליך: יומן עבודה, פרומפטים ובדיקה – תרגול מילוי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(הפרומפט המדויק שהקלדתי ל-AI)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(התשובה או התוצר שה-AI החזיר)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(איך ודאתי שהמידע נכון ומדויק)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תיקנתי או שיפרתי בעצמי בתוצר)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משוב ותיקון: שיפור טיוטה וביקורת על תשובת AI – היכרות עם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באמצע הדרך – מהמורה, מעמיתים או מבוט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נותן משוב על טיוטה, עוזר בשיפור ניסוח ובדיקת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משוב ותיקון: שיפור טיוטה וביקורת על תשובת AI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נכתב: מי שעשה את העבודה יודע להסביר אותה, והשיפור הוא חלק מהציון.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משוב ותיקון: שיפור טיוטה וביקורת על תשובת AI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משוב ותיקון: שיפור טיוטה וביקורת על תשובת AI – זיהוי סוגי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 שנשמע נכון אבל אין לו הוכחה או מקור)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(התייחסות לכל הקבוצה בלי להתייחס ליוצאי דופן)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(התעלמות מזווית ראייה שהיתה צריכה להופיע)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(אזכור של מחקר או ספר שלמעשה אינו קיים)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רפלקציה והגנה בעל פה: להסביר את הבחירות שלי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לוודא שהתלמיד מבין ויכול להסביר את מה שהגיש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הבנה, מתודולוגיה ומקורות, בחירה ושיפוט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רפלקציה והגנה בעל פה: להסביר את הבחירות שלי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בהגנה בעל פה רמת ה-AIAS היא רמה 1 - התלמיד עונה בעצמו, בלי עזרה של AI, כדי להראות מה הוא באמת מבין.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רפלקציה כנה כוללת גם הסבר על הבחירות - למה בחרתי בדרך הזו ולא באחרת, מה למדתי ומה הייתי משנה.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רפלקציה והגנה בעל פה: להסביר את הבחירות שלי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רפלקציה והגנה בעל פה: להסביר את הבחירות שלי – התאמת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הייתה שאלת החקר שלך?)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בדקת שהמקורות שלך אמינים?)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(למה בחרת בנושא הזה ולא באחר?)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הנחית את ה-AI ומה בדקת בעצמך?)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לכל תלמיד יש בינה מלאכותית בכיס והתוצר הסופי לא מספר את כל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שאלתי, מה קיבלתי, מה בדקתי ומה שיניתי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שהערכת תהליך בודקת שלבים, תיעוד ושינויים ולא רק את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הנימוק מתייחס לסוג המשימה ולשאלה מה AI תורם ומה חייב להישאר עבודת התלמיד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השאלות אישיות, כנות ונוגעות לבחירות, קשיים ולמידה ולא רק לציון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לשיעור אחד לכל פרק, כשבכל שיעור מתרגלים גם בכתב וגם בעל פה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כתיבת אבני דרך למשימת חקר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כדאי להתמקד בפרקים 2–3 (סולם AIAS ותיעוד) לפני מעבר לרפלקציה והגנה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את החוברת בתרגול הגנה בעל פה בזוגות, כשכל תלמיד מציג תהליך קצר ומקבל שאלות מחברו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העקרונות של הערכה חלופית בעידן הבינה המלאכותית – מהתוצר הסופי ועד לתהליך שמאחוריו. עברו על הפרקים לפי הסדר, כתבו תשובות מלאות ונמקו כל בחירה. בסיום כל פרק בדקו את עצמכם מול שאלות ההערכה העצמית.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שיניתי  ·  בדקתי  ·  מנחות  ·  הסביר  ·  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מתוצר לתהליך: למה ההערכה משתנה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כשלכל תלמיד יש בינה מלאכותית בכיס, התוצר הסופי של המשימה מספר את כל סיפור הלמידה.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מוצגים ארבעה שלבים בתהליך ההערכה החלופית: שלבים, תיעוד, משוב ותיקון, ורפלקציה.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האתר, אפשר להמשיך לשלב הבא במשימה גם בלי נקודת עצירה ובדיקה.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מתוצר לתהליך: למה ההערכה משתנה – התאמת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שלבים ונקודות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שיפור התוצר באמצע הדרך, כשהשיפור עצמו הוא חלק מהציון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חלוקת המשימה לחלקים קטנים עם בדיקה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רישום הדרך: מה נשאל, מה התקבל, מה נבדק ומה 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מתוצר לתהליך: למה ההערכה משתנה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סולם AIAS: כמה ואיך מותר להיעזר בבינה מלאכותית – היכרות עם הסולם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רמה 1 בסולם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התלמיד משתמש ב-AI בכל שלבי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המשימה נעשית בלי בינה מלאכותית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ה-AI כותב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ברמה 3 בסולם, מה תפקיד 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יוצר את כל התוצר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נותן משוב על טיוטה ועוזר בשיפור ניסוח, אבל התלמיד מחליט מה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מציע רעיונות בתחילת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מתעדים התלמידים ברמה 2 בסולם?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שאלתי, מה קיבלתי, מה בחרתי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הציון שקיבלתי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סולם AIAS: כמה ואיך מותר להיעזר בבינה מלאכותית – התאמת רמה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סיעור מוחות עם AI לבחירת נושא לעבודת חקר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משוב של AI על טיוטה, והתלמיד מחליט בעצמו מה לתקן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הסבר בעל פה ליד התוצר, בלי כל שימוש ב-AI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סולם AIAS: כמה ואיך מותר להיעזר בבינה מלאכותית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ברמה __________ בסולם AIAS, ה-AI הוא חלק מרכזי מהתוצר עצמו, למשל תמונה או סרטון.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סולם AIAS: כמה ואיך מותר להיעזר בבינה מלאכותית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תיעוד תהליך: יומן עבודה, פרומפטים ובדיקה – הכרת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יומן התהליך במשימת הערכה חלופית?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לתעד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לתעד את הדרך והבחירות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העבודה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סולם AIAS, באיזו רמה נדרש התלמיד להגיש יומן תהליך שמתעד מה ה-AI הציע ומה שינה בעצמו?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תיעוד תהליך: יומן עבודה, פרומפטים ובדיקה – תוספות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יומן התהליך מתעד רק מה התלמיד קיבל מה-AI, בלי מה שבדק או שינה.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להמשיך לשלב הבא במשימה בלי לעבור נקודת עצירה שבה המורה בודקת את התהליך.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תיעוד תהליך: יומן עבודה, פרומפטים ובדיקה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בטבלת יומן התהליך אחת העמודות היא מה __________ ואיך, שמתייחסת לבדיקת המידע שהתקבל מה-AI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תיעוד תהליך: יומן עבודה, פרומפטים ובדיקה – תרגול מילוי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 שאלתי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ודאתי שהמידע נכון ומדויק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קיבלתי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הפרומפט המדויק שהקלדתי ל-AI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 בדקתי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תיקנתי או שיפרתי בעצמי בתוצר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שיניתי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התשובה או התוצר שה-AI החזיר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משוב ותיקון: שיפור טיוטה וביקורת על תשובת AI – היכרות עם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האתר, מתי מתקבל משוב באמצע הדרך על 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בתחילת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באמצע הדרך – מהמורה, מעמיתים או מבוט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בסוף התהליך, אחרי ההגשה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ברמת AIAS 3 (שיתוף פעולה עם AI), מה תפקידו של ה-AI בתהליך?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 את העבודה כולה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נותן משוב על טיוטה, עוזר בשיפור ניסוח ובדיקת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קובע את הציון הסופי של התלמיד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משוב ותיקון: שיפור טיוטה וביקורת על תשובת AI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האתר, השיפור שהתלמיד עושה אחרי קבלת משוב הוא חלק מהציון.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משוב ותיקון: שיפור טיוטה וביקורת על תשובת AI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ברמת AIAS 3 מתעדים ביומן התהליך: מה ה-AI הציע, מה בדקתי ומה __________ בעצמי.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בפרומפט 'ביקורת על תשובת AI', לצד רשימת הבעיות יש לכתוב למורה גם חמש שאלות __________ שיעזרו לתלמידים לגלות אותן.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משוב ותיקון: שיפור טיוטה וביקורת על תשובת AI – זיהוי סוגי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 לא מבוססת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התייחסות לכל הקבוצה בלי להתייחס ליוצאי דופן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הכללה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התעלמות מזווית ראייה שהיתה צריכה להופיע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השמטת נקודת מבט חשובה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אזכור של מחקר או ספר שלמעשה אינו קיים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מקור לא קיים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משפט שנשמע נכון אבל אין לו הוכחה או מקור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רפלקציה והגנה בעל פה: להסביר את הבחירות שלי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שיחת ההגנה בעל פה בסוף עבודת 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שהתלמיד זוכר תאריכים מהעבודה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לוודא שהתלמיד מבין ויכול להסביר את מה שהגיש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הציון על התוצר הכתוב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שאלות הגנה בעל פה על עבודת חקר מתחלקות לכמה סוגים עיקריים?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הבנה, מתודולוגיה ומקורות, בחירה ושיפוט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שאלות על 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שאלות על כלים דיגיטליים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רפלקציה והגנה בעל פה: להסביר את הבחירות שלי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בשיחת הגנה בעל פה משתמשים ברמת AIAS גבוהה, כי אפשר להיעזר ב-AI כדי לענות על השאלות.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רפלקציה כנה על עבודת חקר כוללת רק תיאור של מה שעשיתי, בלי להסביר למה בחרתי כך.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רפלקציה והגנה בעל פה: להסביר את הבחירות שלי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בשיחת ההגנה בעל פה, מי שעשה את העבודה בעצמו יודע ל__________ אותה בביטחון.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רפלקציה והגנה בעל פה: להסביר את הבחירות שלי – התאמת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שאלת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בדקת שהמקורות שלך אמינים?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שאלת מתודולוגיה ומקורות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למה בחרת בנושא הזה ולא באחר?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שאלת בחירה ושיפוט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איך הנחית את ה-AI ומה בדקת בעצמך?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שאלה על שימוש ב-AI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הייתה שאלת החקר שלך?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הסיבה המרכזית לכך שההערכה החלופית מתמקדת בתהליך ולא רק בתוצר הסופי?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קשה יותר לבדוק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לכל תלמיד יש בינה מלאכותית בכיס והתוצר הסופי לא מספר את כל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תהליך לוקח פחות זמן להגיש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רמה בסולם AIAS המשימה נעשית ללא בינה מלאכותית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בדרך כלל מתעדים ביומן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שאלתי, מה קיבלתי, מה בדקתי ומה שיניתי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את שם הכלי שהשתמשתי 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בעזרת דוגמה את ההבדל בין הערכת תוצר להערכת 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משימה ונמקו איזו רמת AIAS מתאימה לה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הערכה חלופית בעידן ה-AI: מתוצר לתהליך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